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21-С-0262-0517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АО "ЧЭАЗ"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Акционерное общество "Чебоксарский электроаппаратный завод"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2128000600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1022101129896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12.01.2000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03.05.2017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296 (03.05.2017)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1 500 000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Третий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три миллиарда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4 500 000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Третий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три миллиарда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Генеральный директор, Горелов Александр Ювенальевич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62-04-61, 39-57-43, 62-72-67, 62-73-24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Веб сайт: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www.cheaz.ru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428020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проспект И.Я.Яковлева 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д. 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Страховое акционерное общество «ВСК»</w:t>
              <w:br/>
              <w:t>№ Лицензии: ОС 0621 - 03 от 11 сентября 2015 года</w:t>
              <w:br/>
              <w:t>Адрес: 121552, г. Москва, ул. Островная, д. 4</w:t>
              <w:br/>
              <w:t>Контактные телефоны: +7 (495) 727-44-44, +7 (495) 785-27-76</w:t>
              <w:br/>
              <w:t>Веб сайт: http://www.vsk.ru</w:t>
              <w:br/>
              <w:t>Электронная почта: info@vsk.ru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26450D4000212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21.05.2026 по 20.05.2027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