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21-С-0259-0417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"ДорСтройКонтроль"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2125008792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1172130004100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294 (24.04.2017)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Исайкин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89196682724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Карла 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29.01.2026 по 28.01.2027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