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21-С-0255-0417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"Квадрожилстрой"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"Квадрожилстрой"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2130103956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1122130006547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25.05.2012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293 (21.04.2017)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Андреева Ирина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www.квадрожилстрой.рф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924/3031539158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14.07.2026 по 29.06.2027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