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21-С-0249-0417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Рубцова И.В.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Рубцова Инна Владимировна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212912593770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307213204700037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16.02.2007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05.04.2017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291 (05.04.2017)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16.08.2017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Рубцова Инна Владимировна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 (917) 674-10-83, +7 (987) 666-94-62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Батыревский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деревня Малое Батырево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Крепкова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174900-021-000103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31.03.2017 по 30.03.2018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