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2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МФ "Агро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жхозяйственная фирма "Агро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46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40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лдатов Павел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98-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7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3.2024 по 11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