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2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МФ "Агростройконтро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жхозяйственная фирма "Агростройконтро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146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40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лдатов Павел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98-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7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3.2024 по 11.03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