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21-С-0198-0117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2128701814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1052128032010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Селезнев Александр Степанович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48-30-14, 50-79-40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wwww.tehnogroup21.ru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1/106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12.01.2023 по 11.01.2024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