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21-С-0176-0117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"Строй 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СК "Строй 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1217006987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1141223000258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275 (09.01.2017)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Сазонова Татьяна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74-55-11, 73-17-73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Восточная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7219 GL 5028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23.07.2019 по 22.07.2020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