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21-С-0166-1216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"Сигма-М"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"Сигма-М"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2129058089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1052182800273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20.07.2005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14.12.2016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271 (14.12.2016)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Матвеев Игорь Никодимович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76-26-23, 76-26-24, 50-30-52, 44-94-92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Веб сайт: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www.сигма-м.рф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429950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Новочебоксарск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Промышленная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Владение 20В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помещение 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Акционерное общество «АльфаСтрахование»</w:t>
              <w:br/>
              <w:t>№ Лицензии: СИ № 2239 от 13 ноября 2017 года</w:t>
              <w:br/>
              <w:t>Адрес: 115162, г. Москва, ул. Шаболовка, д. 31, стр. Б</w:t>
              <w:br/>
              <w:t>Контактные телефоны: +7 (495) 788-09-99,  факс: +7 (495) 785-08-88</w:t>
              <w:br/>
              <w:t>Веб сайт: www.alfastrah.ru</w:t>
              <w:br/>
              <w:t>Электронная почта: alfastrah@alfastrah.ru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7791R/906/00147/25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02.12.2025 по 01.12.2026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