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21-С-0116-1116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"ДорСтройСервис"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"ДорСтройСервис"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1650171196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1081650002268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19.02.2008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03.11.2016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265 (03.11.2016)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Софьин Альберт Пименович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 (919) 620-19-59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Б.С.Маркова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Страховая Компания «Росгосстрах»</w:t>
              <w:br/>
              <w:t>№ Лицензии: ОС 0001 - 02 от 23 мая 2016 года</w:t>
              <w:br/>
              <w:t>Адрес: 140002, Московская область, город Люберцы, улица Парковая, дом 3</w:t>
              <w:br/>
              <w:t>Контактные телефоны: +7(495) 926-55-55, +7 (495) 926-99-77</w:t>
              <w:br/>
              <w:t>Веб сайт: http://www.rgs.ru</w:t>
              <w:br/>
              <w:t>Электронная почта: pr@rgs.ru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387/25/177/41650010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11.10.2025 по 10.10.2026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