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21-С-0060-0916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"СК Монолит Плюс"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"СК Монолит Плюс"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2124042737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1162130063754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23.08.2016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Исключен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15.09.2016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257 (15.09.2016)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прекращения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29.01.2020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прекращения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464 (29.01.2020)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прекращении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Исключены в связи с изменением адреса места нахождения организации (п.2 ч.2 ст. 55.7. ГрК РФ). На момент исключения размер взноса в компенсационный фонд возмещения вреда составлял - 100 000 рублей, в компенсационный фонд обеспечения договорных обязательств - 200 000 рублей.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обеспечения договорных обязательств (КФ ОДО)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ОДО: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Предельный размер обязательств по договорам, заключаемым с использованием конкурентных способов заключения договоров: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Директор, Филиппов Сергей Юрьевич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(8352) 74-55-11, 73-17-73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Веб сайт: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www.stroyinvest21.ru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143902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Московская область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Балашиха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улица Советская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дом 56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(Помещение):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квартира 345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 xml:space="preserve">Наименование организации: Акционерное общество «Страховое общество газовой промышленности» (ОАО «СОГАЗ») </w:t>
              <w:br/>
              <w:t>№ Лицензии: ОС 1208 - 02 от 2 ноября 2016 года</w:t>
              <w:br/>
              <w:t>Адрес: 142770, Московская область, Ленинский район, поселок Газопровод, Бизнес-Центр</w:t>
              <w:br/>
              <w:t>Контактные телефоны: +7 (495) 428-57-27 факс: +7 (495) 428-78-96</w:t>
              <w:br/>
              <w:t>Веб сайт: http://www.sogaz.ru/</w:t>
              <w:br/>
              <w:t>Электронная почта: sogaz@sogaz.ru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7219 GL 5027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23.07.2019 по 22.07.2020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5 000 000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