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21-С-0211-0811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"СУ Рубин"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"Строительное Управление Рубин"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2130087711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1112130005129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04.05.2011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17.08.2011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29.08.2014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186 (29.08.2014)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Митрофанов Сергей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22-32-34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Монтажный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Страховая Компания «Росгосстрах»</w:t>
              <w:br/>
              <w:t>№ Лицензии: ОС 0001 - 02 от 23 мая 2016 года</w:t>
              <w:br/>
              <w:t>Адрес: 140002, Московская область, город Люберцы, улица Парковая, дом 3</w:t>
              <w:br/>
              <w:t>Контактные телефоны: +7(495) 926-55-55, +7 (495) 926-99-77</w:t>
              <w:br/>
              <w:t>Веб сайт: http://www.rgs.ru</w:t>
              <w:br/>
              <w:t>Электронная почта: pr@rgs.ru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128-13/421-01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16.08.2013 по 15.08.2014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