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21-С-0183-0510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МООИ "Гефест-М"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Межрегиональная общественная организация инвалидов "Гефест - М"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1215192551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1121200000173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14.10.2005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16.04.2010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—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16.06.2014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184 (16.06.2014)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 (п. 1 ч. 1 ст. 55.7 ГрК)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Президент, Добронравова Ольга Альбертовна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33-90-24 58-07-26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424031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Республика Марий Эл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Йошкар-Ола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Чехова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70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315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Открытое акционерное общество «Русская Страховая Транспортная Компания»</w:t>
              <w:br/>
              <w:t>№ Лицензии: С 1852 50 от 17 марта 2010 года – отозвана</w:t>
              <w:br/>
              <w:t>Адрес: 141400, Московская область, г. Химки, ул. Энгельса, д. 7/15</w:t>
              <w:br/>
              <w:t>Контактные телефоны: +7 (495) 927-0404, +7 (495) 933-0328, факс: +7 (495) 927-0404 доб. 1037</w:t>
              <w:br/>
              <w:t>Веб сайт: http://rstk.ru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210 00 СРО-000052/12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17.10.2012 по 16.10.2013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