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21-С-0172-0810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 "ФПВП ЧР"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Общественная организация "Фонд помощи вынужденным переселенцам Чувашской Республики"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2128015540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1022100007984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15.04.2004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11.08.2010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—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19.05.2014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182 (19.05.2014)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 (п. 1 ч. 1 ст. 55.7 ГрК)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Председатель Правления, Тихонов Валериан Петрович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(8352) 34-18-98 факс: (8352) 34-18-98 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428023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Академика Королева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офис 13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Открытое акционерное общество «Русская Страховая Транспортная Компания»</w:t>
              <w:br/>
              <w:t>№ Лицензии: С 1852 50 от 17 марта 2010 года – отозвана</w:t>
              <w:br/>
              <w:t>Адрес: 141400, Московская область, г. Химки, ул. Энгельса, д. 7/15</w:t>
              <w:br/>
              <w:t>Контактные телефоны: +7 (495) 927-0404, +7 (495) 933-0328, факс: +7 (495) 927-0404 доб. 1037</w:t>
              <w:br/>
              <w:t>Веб сайт: http://rstk.ru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210 00 СРО-000030/13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11.08.2013 по 10.08.2014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