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21-С-0063-1209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"Электромонтаж-1"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"Электромонтаж-1"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2130026814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1072130014461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30.08.2007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28.03.2014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общего собрания № 13 (28.03.2014)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Исключение из членов за неоднократную в течение одного года неуплату (несвоевременную уплату) членских взносов (п. 3 ч. 2. ст.55.7.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Гаврилов Федор Иванович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25-92-69, 25-87-29, 30-84-21, факс: (8352) 25-92-69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Пролетарская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124900-021-000129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01.10.2012 по 30.09.2013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