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21-С-0152-0210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"Электрокомплект-1"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"Электрокомплект-1"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2130011871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1062130016728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 (19.02.2010)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13 (28.03.2014)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Анисимов Юрий Вениаминович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22-73-33, факс: (8352) 22-73-33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85-0286744-58/13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12.02.2013 по 11.02.2014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