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"Компания Фэнстэр"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"Компания Фэнстэр"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2128053874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1042128008581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Гордов Евгений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45-90-33, 45-35-08, 45-90-01, факс: (8352) 45-94-20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430000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Республика Мордовия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Саранск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Титова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 00 СРО-000042/12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23.09.2012 по 22.09.2013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