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21-С-0055-1209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"Компания Фэнстэр"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"Компания Фэнстэр"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2128053874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1042128008581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30.04.2004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13 (28.03.2014)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Гордов Евгений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45-90-33, 45-35-08, 45-90-01, факс: (8352) 45-94-20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430000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Республика Мордовия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Саранск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Титова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Открытое акционерное общество «Русская Страховая Транспортная Компания»</w:t>
              <w:br/>
              <w:t>№ Лицензии: С 1852 50 от 17 марта 2010 года – отозвана</w:t>
              <w:br/>
              <w:t>Адрес: 141400, Московская область, г. Химки, ул. Энгельса, д. 7/15</w:t>
              <w:br/>
              <w:t>Контактные телефоны: +7 (495) 927-0404, +7 (495) 933-0328, факс: +7 (495) 927-0404 доб. 1037</w:t>
              <w:br/>
              <w:t>Веб сайт: http://rstk.ru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 00 СРО-000042/12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23.09.2012 по 22.09.2013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