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21-С-0198-0610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"Стройкомплект"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"Стройкомплект"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2105003771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1042133002042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29.05.2004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13 (28.03.2014)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Исключение из членов за неоднократную в течение одного года неуплату (несвоевременную уплату) членских взносов (п. 3 ч. 2. ст.55.7. ГрК)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Осипова Татьяна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(83538) 2-16-86, факс: (83538) 2-16-86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Ибреси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Сельхозтехники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10.07.2013 по 09.07.2014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