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21-С-0159-0310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"Строитель"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"Строитель"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2125003804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1022103029387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09.04.1999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05.03.2010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15 (05.03.2010)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07.03.2014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175 (07.03.2014)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 (п. 1 ч. 1 ст. 55.7 ГрК)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Володин Алексей Николаевич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(83536) 6-75-14, факс: (83536) 6-75-14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429120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Шумерля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Щербакова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60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Страховое акционерное общество «ВСК»</w:t>
              <w:br/>
              <w:t>№ Лицензии: ОС 0621 - 03 от 11 сентября 2015 года</w:t>
              <w:br/>
              <w:t>Адрес: 121552, г. Москва, ул. Островная, д. 4</w:t>
              <w:br/>
              <w:t>Контактные телефоны: +7 (495) 727-44-44, +7 (495) 785-27-76</w:t>
              <w:br/>
              <w:t>Веб сайт: http://www.vsk.ru</w:t>
              <w:br/>
              <w:t>Электронная почта: info@vsk.ru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12452D4000807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03.03.2012 по 02.03.2013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