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21-С-0039-0612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"Стройэнерго"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"Стройэнерго"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2130104558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1122130007152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07.06.2012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28.06.2012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122 (28.06.2012)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170 (11.02.2014)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Лапин Дмитрий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41-04-55, факс:(8352) 41-04-62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Юности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«РЕСО-Гарантия» </w:t>
              <w:br/>
              <w:t>№ Лицензии: ОС 1209 - 03 от 20 августа 2015 года</w:t>
              <w:br/>
              <w:t>Адрес: 117105, г. Москва, Нагорный пр., д. 6</w:t>
              <w:br/>
              <w:t>Контактные телефоны: +7 (495) 730-30-00,  факс: +7 495) 956-25-85</w:t>
              <w:br/>
              <w:t>Веб сайт: http://www.reso.ru/</w:t>
              <w:br/>
              <w:t>Электронная почта: mail@reso.ru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694838890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26.06.2013 по 25.06.2014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