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21-С-0073-1209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ОАО "Вурнарыдорстрой"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Открытое акционерное общество "Вурнарыдорстрой"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2104000489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1022102028453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26.10.1998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13.12.2013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166 (13.12.2013)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Куликов Иван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(83537) 2-51-83, факс: (83537) 2-51-83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429220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Вурнарский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деревня Апнеры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ул. Березовка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Страховое акционерное общество «ВСК»</w:t>
              <w:br/>
              <w:t>№ Лицензии: ОС 0621 - 03 от 11 сентября 2015 года</w:t>
              <w:br/>
              <w:t>Адрес: 121552, г. Москва, ул. Островная, д. 4</w:t>
              <w:br/>
              <w:t>Контактные телефоны: +7 (495) 727-44-44, +7 (495) 785-27-76</w:t>
              <w:br/>
              <w:t>Веб сайт: http://www.vsk.ru</w:t>
              <w:br/>
              <w:t>Электронная почта: info@vsk.ru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13454D4004568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07.10.2013 по 06.10.2014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