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21-С-0204-0710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"ОптимаСтрой"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"ОптимаСтрой"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2130074166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1102130006769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10.06.2010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09.07.2010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23.07.2013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156 (23.07.2013)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Захаров Сергей Евгеньевич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38-72-11 факс: (8352) 38-72-11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197371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Санкт-Петербург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Санкт-Петербург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Комендантский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литер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Открытое акционерное общество «Страховая группа МСК» </w:t>
              <w:br/>
              <w:t>№ Лицензии: С 0461 77 от 14 июля 2009 года</w:t>
              <w:br/>
              <w:t>Адрес: 127006 г. Москва, ул. Долгоруковская, д. 40</w:t>
              <w:br/>
              <w:t xml:space="preserve">Контактные телефоны: +7 (495) 956-84-84, +7 (495) 956-84-86 </w:t>
              <w:br/>
              <w:t>Веб сайт: http://sgmsk.ru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ОТА/5200/007255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02.07.2011 по 01.07.2012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