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21-С-0179-0310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"Чувашпромвентиляция"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"Чувашпромвентиляция"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2128001763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1022101144163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06.08.1998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Мартынов Николай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30-55-08, факс: (8352) 52-77-00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 00 СРО-000010/13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06.04.2013 по 05.04.2014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