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21-С-0039-1209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"Окна Арт"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"Окна Арт"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2127313223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1022100980758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20.06.2012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121 (20.06.2012)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 (п. 1 ч. 1 ст. 55.7 ГрК)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Бритвин Владимир Глебович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63-97-29, факс(8352) 63-97-77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проспект И.Я. Яковлева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корпус 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106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«Ингосстрах» </w:t>
              <w:br/>
              <w:t>№ Лицензии: ОС 0928 - 02 от 28 сентября 2016 года</w:t>
              <w:br/>
              <w:t>Адрес: 127994, г. Москва, ул. Лесная, д. 41</w:t>
              <w:br/>
              <w:t>Контактные телефоны: +7 (495) 956-55-55, факс: +7 (495) 959-44-20</w:t>
              <w:br/>
              <w:t>Веб сайт: http://www.ingos.ru/</w:t>
              <w:br/>
              <w:t>Электронная почта: ingos@ingos.ru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433-297-059008/11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26.10.2011 по 25.10.2012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