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21-С-0109-1209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"СК "Вертикаль"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"Строительная компания "Вертикаль"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2130060822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1092130008410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19.08.2009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21.12.2011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98 (21.12.2011)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Фортученко Алексей Евгеньевич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50-35-32, факс: (8352) 50-35-32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324-ой Стрелковой дивизии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21Б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Закрытое акционерное общество "Страховая группа "Спасские ворота"</w:t>
              <w:br/>
              <w:t>№ Лицензии: С 2992 77, постоянная, от 11 января 2006 года – отозвана</w:t>
              <w:br/>
              <w:t>Адрес: 121205 г. Москва, ул. Новый Арбат, д. 36/9</w:t>
              <w:br/>
              <w:t>Контактные телефоны: +7 (495) 290-82-67, факс: +7 (495) 290-78-67</w:t>
              <w:br/>
              <w:t>Веб сайт: http://www.svi.ru/</w:t>
              <w:br/>
              <w:t>Электронная почта: pr@svi.ru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SR 06020/018/21/2010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14.10.2010 по 13.10.2011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