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21-С-0048-1209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"ПроектСтройДор"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"ПроектСтройДор"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2115904341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1082137000098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12.02.2008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02.03.2011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64 (02.03.2011)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Константинов Анатолий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37-45-11 факс: (8352) 73-63-45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Цивильский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Вторые Вурманкасы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Центральная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Страховая компания «БИН Страхование»</w:t>
              <w:br/>
              <w:t>№ Лицензии: С 3487 77 от 25 декабря 2012 года</w:t>
              <w:br/>
              <w:t>Адрес: 115088, г. Москва, Шарикоподшипниковская ул., д. 13 стр. 62</w:t>
              <w:br/>
              <w:t>Контактные телефоны: + 7 (495) 921-20-00, факс: + 7 (495) 921-20-00</w:t>
              <w:br/>
              <w:t>Веб сайт: http://www.binins.ru/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5 26 0100 00 53001 000800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29.10.2009 по 28.10.2010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