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21-С-0053-1209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"Авангард"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"Авангард"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2130001295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1062130004034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06.05.2006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13.10.2010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 (13.10.2010)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Фирсов Константин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43-94-55, факс: (8352) 43-94-55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Максима Горького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Открытое акционерное общество «Русская Страховая Транспортная Компания»</w:t>
              <w:br/>
              <w:t>№ Лицензии: С 1852 50 от 17 марта 2010 года – отозвана</w:t>
              <w:br/>
              <w:t>Адрес: 141400, Московская область, г. Химки, ул. Энгельса, д. 7/15</w:t>
              <w:br/>
              <w:t>Контактные телефоны: +7 (495) 927-0404, +7 (495) 933-0328, факс: +7 (495) 927-0404 доб. 1037</w:t>
              <w:br/>
              <w:t>Веб сайт: http://rstk.ru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210-СРО-000003/09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16.09.2009 по 15.09.2010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