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09-09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ЧЕСТР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ЧЕСТР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508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321290076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07.2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09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0 (29.09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Федоров Эдуард Георги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41-60-25 факс: (8352) 41-60-15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Университет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28973777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5.10.2025 по 14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