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21-С-0181-0310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СК "Дизайн"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Строительная компания "Дизайн"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2130000196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1062130001471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20.04.2006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18.03.2016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241 (18.03.2016)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Ракипов Ирек Рестемович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48-41-50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Водопроводная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"Страховая компания "ВТБ Страхование"</w:t>
              <w:br/>
              <w:t>№ Лицензии: ОС 3398 - 02 от 17 сентября 2015 года</w:t>
              <w:br/>
              <w:t>Адрес: 101000, Москва, Чистопрудный бульвар, 8, стр.1</w:t>
              <w:br/>
              <w:t xml:space="preserve">Контактные телефоны: +7 (495) 644-44-40, Факс: +7 (495) 589-24-08 </w:t>
              <w:br/>
              <w:t>Веб сайт: http://vtbins.ru</w:t>
              <w:br/>
              <w:t>Электронная почта: info@vtbins.ru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V04121-0000116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17.03.2015 по 16.03.2016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