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21-С-0153-0210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"РЕМОН"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"РЕМОН"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2127316577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1022100970110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29.08.2001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19.02.2010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14 (19.02.2010)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Дмитриев Иван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33-04-42, факс: (8352)33-13-03 33-06-15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Интернациональная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264900-021-000038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20.01.2026 по 19.01.2027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