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21-С-0151-0210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МСО "Моргаушская"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"Межхозяйственная строительная организация "Моргаушская"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2112001006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1022102631253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15.02.2000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 (19.02.2010)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- 300 000 рублей, в компенсационный фонд обеспечения договорных обязательств - 474 000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474 000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Николаев Евгений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(83541) 69-7-23, факс: (83541) 69-8-59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www.msomorgaushi.ru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Моргаушский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Юнгапоси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Ягодная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01-16/421-130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19.02.2016 по 18.02.2017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