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0-03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кровл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кровл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92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61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0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3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68 (25.03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3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Рыбкин Иван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тел./факс: (8352) 64-16-6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ерце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4900-021-0006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3.2024 по 22.03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