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21-С-0134-0212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"Каркас-СМК"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"Каркас-СМК"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2130095984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1112130015183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25.11.2011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13.02.2012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104 (13.02.2012)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13.04.2016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общего собрания № 15 (13.04.2016)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Исключение из членов за неоднократную в течение одного года неуплату (несвоевременную уплату) членских взносов (п. 3 ч. 2. ст.55.7. ГрК)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Генеральный директор, Кабанов Игорь Валерьевич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(8352)25-80-67 факс: (8352) 53-10-11 К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428037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проезд Дорожный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20А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Наименование организации: Страховое публичное акционерное общество «РЕСО-Гарантия» </w:t>
              <w:br/>
              <w:t>№ Лицензии: ОС 1209 - 03 от 20 августа 2015 года</w:t>
              <w:br/>
              <w:t>Адрес: 117105, г. Москва, Нагорный пр., д. 6</w:t>
              <w:br/>
              <w:t>Контактные телефоны: +7 (495) 730-30-00,  факс: +7 495) 956-25-85</w:t>
              <w:br/>
              <w:t>Веб сайт: http://www.reso.ru/</w:t>
              <w:br/>
              <w:t>Электронная почта: mail@reso.ru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892924728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12.02.2015 по 11.02.2016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