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21-С-0111-1209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"Лифтсервис"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"Лифтсервис"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2129052231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1032129014136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15.12.2003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29.12.2009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9 (29.12.2009)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30.08.2017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331 (30.08.2017)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Романов Александр Васильевич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(8352) 41-72-15, факс: (8352) 41-68-13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проспект Максима Горького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(Корпус/строение):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корпус 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Общество с ограниченной ответственностью «Центральное Страховое Общество»</w:t>
              <w:br/>
              <w:t>№ Лицензии: ОС 3517 - 03 от 19 августа 2015 года</w:t>
              <w:br/>
              <w:t>Адрес: 141006, Московская область, г. Мытищи, Шараповский проезд, стр. 7</w:t>
              <w:br/>
              <w:t>Контактные телефоны: +7 (495) 955-79-74;  8 800 555-41-11</w:t>
              <w:br/>
              <w:t xml:space="preserve">Веб сайт: http://www.sk-cso.ru/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21001СРОС-000026/16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20.07.2016 по 19.07.2017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