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"Стройсфера"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"Стройсфера"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2124030322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1092124000011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15.01.2009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475 (03.06.2020)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- 1 500 000 рублей, в компенсационный фонд обеспечения договорных обязательств - 2 500 000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Байрамян Гарегин Григорьевич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30-85-48, 28-30-69, факс: (8352) 30-83-83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Семена Ислюкова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«ИНКОР Страхование»</w:t>
              <w:br/>
              <w:t>№ Лицензии: СИ №3535 от 7 февраля 2018 года</w:t>
              <w:br/>
              <w:t>Адрес: 109147, Москва, ул. Таганская, 17-23,  БЦ "Мосэнка Парк Тауэрс"</w:t>
              <w:br/>
              <w:t>Контактные телефоны: +7 (495) 411-50-45</w:t>
              <w:br/>
              <w:t>Веб сайт: http://www.incorins.ru</w:t>
              <w:br/>
              <w:t>Электронная почта:  info@incorins.ru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3535-1901№0022-1262-18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11.10.2018 по 10.10.2019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