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21-С-0094-1209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"Сельский комфорт"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"Сельский комфорт"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2130099604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1122130002092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21.02.2012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13.09.2017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335 (15.09.2017)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1 000 000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Фондеркин Владимир Александрович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50-79-90, 50-63-41, факс: (8352) 50-79-90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 www.sel-komfort.ru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Лапсарский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57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Страховая Компания «Росгосстрах»</w:t>
              <w:br/>
              <w:t>№ Лицензии: ОС 0001 - 02 от 23 мая 2016 года</w:t>
              <w:br/>
              <w:t>Адрес: 140002, Московская область, город Люберцы, улица Парковая, дом 3</w:t>
              <w:br/>
              <w:t>Контактные телефоны: +7(495) 926-55-55, +7 (495) 926-99-77</w:t>
              <w:br/>
              <w:t>Веб сайт: http://www.rgs.ru</w:t>
              <w:br/>
              <w:t>Электронная почта: pr@rgs.ru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22-17/421-01К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12.03.2017 по 11.03.2018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