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21-С-0084-1209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"Стройторгмонтаж"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"Стройторгмонтаж"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2128021449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1022101136408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20.03.1996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29.12.2009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9 (29.12.2009)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18.02.2025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Уведомление о добровольном прекращении членства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364 400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Титов Валерий Федорович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(8352) 41-33-81, факс: (8352) 41-34-17 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428037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Университетская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10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Наименование организации: Акционерное общество «Страховое общество газовой промышленности» (ОАО «СОГАЗ») </w:t>
              <w:br/>
              <w:t>№ Лицензии: ОС 1208 - 02 от 2 ноября 2016 года</w:t>
              <w:br/>
              <w:t>Адрес: 142770, Московская область, Ленинский район, поселок Газопровод, Бизнес-Центр</w:t>
              <w:br/>
              <w:t>Контактные телефоны: +7 (495) 428-57-27 факс: +7 (495) 428-78-96</w:t>
              <w:br/>
              <w:t>Веб сайт: http://www.sogaz.ru/</w:t>
              <w:br/>
              <w:t>Электронная почта: sogaz@sogaz.ru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7224 GL 5046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26.11.2024 по 25.11.2025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