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4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гаран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гаран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20053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310108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0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7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естеров Михаил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1) 2-24-52 факс: (83531) 2-24-52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8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Алатыр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оско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6011588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5.2024 по 19.05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