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21-С-0073-1213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"Эверест"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"Эверест"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2130070958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1102130003645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30.03.2010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17.12.2013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167 (17.12.2013)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23.01.2019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418 (23.01.2019)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- 300 000 рублей, в компенсационный фонд обеспечения договорных обязательств - 0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Герасимов Николай Михайлович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28-07-94, факс: (8352) 63-25-29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Калинина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105 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Страховая Компания «Росгосстрах»</w:t>
              <w:br/>
              <w:t>№ Лицензии: ОС 0001 - 02 от 23 мая 2016 года</w:t>
              <w:br/>
              <w:t>Адрес: 140002, Московская область, город Люберцы, улица Парковая, дом 3</w:t>
              <w:br/>
              <w:t>Контактные телефоны: +7(495) 926-55-55, +7 (495) 926-99-77</w:t>
              <w:br/>
              <w:t>Веб сайт: http://www.rgs.ru</w:t>
              <w:br/>
              <w:t>Электронная почта: pr@rgs.ru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137-16/421-01К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13.12.2016 по 12.12.2017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