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"ПМК-8"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"Передвижная механизированная колонна №8"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2115000346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1022102832146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Ижелеев Виталий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(83545) 2-14-27, факс: (83545) 2-19-84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58/25-85-2171564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17.11.2025 по 16.11.2026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