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21-С-0043-0111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"Строймаш"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2116493214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1022102430547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27.05.2002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61 (21.01.2011)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587 (11.06.2025)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- 364 400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Объедков Олег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(83540) 2-22-66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Канашский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Малое Тугаево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58/24-85-2107249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26.04.2024 по 25.04.2025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