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21-С-0032-1209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"Булат"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"Булат"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2103004730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1022101830728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31.08.2001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1 000 000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Абдулвалеев Ринат Абдулахатович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(83532) 6-12-24, факс: (83532) 6-12-24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429360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Батыревский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село Шыгырдан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Наримана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7791R/906/00092/26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19.08.2026 по 18.08.2027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