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"Алза"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"Алза"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2127311850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1022100974433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Лаврентьев Сергей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64-19-21, факс: (8352) 64-19-22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21001СРОС-000065/16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26.10.2016 по 25.10.2017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