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21-С-0022-1209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"Ибресиагрострой"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"Ибресиагрострой"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2105003330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1032133002736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03.12.2003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360 (26.01.2018)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Никитин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(83538) 2-24-87, факс: (83538) 2-24-87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429700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городского типа Ибреси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Леспромхозная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Страховая Компания «Росгосстрах»</w:t>
              <w:br/>
              <w:t>№ Лицензии: ОС 0001 - 02 от 23 мая 2016 года</w:t>
              <w:br/>
              <w:t>Адрес: 140002, Московская область, город Люберцы, улица Парковая, дом 3</w:t>
              <w:br/>
              <w:t>Контактные телефоны: +7(495) 926-55-55, +7 (495) 926-99-77</w:t>
              <w:br/>
              <w:t>Веб сайт: http://www.rgs.ru</w:t>
              <w:br/>
              <w:t>Электронная почта: pr@rgs.ru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29-16/421-06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18.10.2016 по 17.10.2017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