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21-С-0017-1209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"СУ-77"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"Строительное управление-77"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2130011279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1062130016178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11.12.2006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29.12.2009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9 (29.12.2009)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04.10.2016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ПРЕКРАЩЕНИЕ ДЕЯТЕЛЬНОСТИ ЮРИДИЧЕСКОГО ЛИЦА ПУТЕМ РЕОРГАНИЗАЦИИ В ФОРМЕ ПРИСОЕДИНЕНИЯ К ООО "УССР№73" (ИНН 2116498910). Сумма КФ на момент присоединения к новому ЮЛ составляла 300 000 руб.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Иванова Ирина Ильинична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41-42-93, факс: (8352) 41-00-46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Кирова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Страховое публичное акционерное общество «Ингосстрах» </w:t>
              <w:br/>
              <w:t>№ Лицензии: ОС 0928 - 02 от 28 сентября 2016 года</w:t>
              <w:br/>
              <w:t>Адрес: 127994, г. Москва, ул. Лесная, д. 41</w:t>
              <w:br/>
              <w:t>Контактные телефоны: +7 (495) 956-55-55, факс: +7 (495) 959-44-20</w:t>
              <w:br/>
              <w:t>Веб сайт: http://www.ingos.ru/</w:t>
              <w:br/>
              <w:t>Электронная почта: ingos@ingos.ru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433-550-021828/16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08.04.2016 по 07.04.2017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