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21-С-0015-1209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"ПСМ"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"Промсвязьмонтаж"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2128031207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1022101144493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17.06.1999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05.02.2020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465 (05.02.2020)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- 364 400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364 400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Кудряшов Юрий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56-39-05, факс: (8352) 57-35-29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Ленина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"Страховая Компания  "ПОЛИС-ГАРАНТ"</w:t>
              <w:br/>
              <w:t>№ Лицензии: СИ №3390 от 13.11.2017</w:t>
              <w:br/>
              <w:t>Адрес: 119334, РФ, г. Москва, ул. Вавилова, дом 24, корп. 1, помещение XI</w:t>
              <w:br/>
              <w:t>Контактные телефоны: тел: +7 (495) 989-80-10, +7 (495) 988-10-81</w:t>
              <w:br/>
              <w:t>Веб сайт: polis-garant.ru</w:t>
              <w:br/>
              <w:t>Электронная почта: info@polis-garant.ru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СРО-19/1505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18.10.2019 по 17.10.2020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