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"Стройтрест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2128007123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1022101134978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Семенов Валерий Пименович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62-09-79, факс: (8352) 66-23-06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09.08.2025 по 08.08.2026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