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21-С-0006-1209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"ГК Термотехника"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"ГК Термотехника"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2130008340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1062130012691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12.10.2006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Капралов Владимир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62-07-70, факс(8352) 62-07-70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Президентский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924/2878499897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17.09.2025 по 16.09.2026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