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21-С-0586-0925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"РЕМОКНА"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"РЕМОКНА"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2100009480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1232100005994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Сымулов Александр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Патриса Лумумбы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433-549-164536/26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12.08.2026 по 11.08.2027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