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21-С-0579-0725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"СМУ-128"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"Строительно-монтажное управление-128"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2130211091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1192130006265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23.07.2025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589 (22.07.2025)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Сергей Григорьевич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55-61-33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Байдула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15.07.2026 по 14.07.2027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