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21-С-0572-1224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"Стройград"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"Стройград"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2130015636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1072130004627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05.03.2007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12.12.2024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580 (10.12.2024)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Дроздов Станислав Олегович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8-906-381-09-90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пер. Ягодный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"Зетта Страхование"</w:t>
              <w:br/>
              <w:t>№ Лицензии: ОС 1083 - 02 от 24 июня 2015 года</w:t>
              <w:br/>
              <w:t>Адрес: 121087, г. Москва, Багратионовский проезд, д.7, корпус 11</w:t>
              <w:br/>
              <w:t>Контактные телефоны: +7 (495) 967-17-81</w:t>
              <w:br/>
              <w:t>Веб сайт: http://www.zettains.ru</w:t>
              <w:br/>
              <w:t>Электронная почта: info@zettains.ru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 №0012075608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19.11.2025 по 18.11.2026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